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0CA29" w14:textId="78F86931" w:rsidR="00520AF9" w:rsidRDefault="00520AF9">
      <w:pPr>
        <w:jc w:val="center"/>
        <w:rPr>
          <w:b/>
          <w:bCs/>
          <w:sz w:val="32"/>
        </w:rPr>
      </w:pPr>
      <w:r>
        <w:rPr>
          <w:b/>
          <w:noProof/>
          <w:sz w:val="72"/>
        </w:rPr>
        <w:drawing>
          <wp:anchor distT="0" distB="0" distL="114300" distR="114300" simplePos="0" relativeHeight="251657728" behindDoc="1" locked="0" layoutInCell="1" allowOverlap="1" wp14:anchorId="6BE049BD" wp14:editId="48330C2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146303" cy="11146303"/>
            <wp:effectExtent l="0" t="0" r="0" b="0"/>
            <wp:wrapNone/>
            <wp:docPr id="1221477385" name="Obrázek 2" descr="Obsah obrázku obraz, Gramofonová deska, ilustrace, hud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77385" name="Obrázek 2" descr="Obsah obrázku obraz, Gramofonová deska, ilustrace, hudba&#10;&#10;Obsah generovaný pomocí AI může být nesprávný."/>
                    <pic:cNvPicPr/>
                  </pic:nvPicPr>
                  <pic:blipFill>
                    <a:blip r:embed="rId6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303" cy="1114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A62D2" w14:textId="77777777" w:rsidR="00075B95" w:rsidRDefault="00F112BA">
      <w:pPr>
        <w:jc w:val="center"/>
        <w:rPr>
          <w:b/>
          <w:bCs/>
          <w:sz w:val="32"/>
        </w:rPr>
      </w:pPr>
      <w:r w:rsidRPr="00F112BA">
        <w:rPr>
          <w:b/>
          <w:bCs/>
          <w:sz w:val="32"/>
        </w:rPr>
        <w:t xml:space="preserve"> </w:t>
      </w:r>
    </w:p>
    <w:p w14:paraId="392CF452" w14:textId="249FE6EA" w:rsidR="00520AF9" w:rsidRPr="002B2754" w:rsidRDefault="00F112BA">
      <w:pPr>
        <w:jc w:val="center"/>
        <w:rPr>
          <w:rFonts w:ascii="DejaVu Sans Condensed" w:hAnsi="DejaVu Sans Condensed" w:cs="DejaVu Sans Condensed"/>
          <w:b/>
          <w:bCs/>
          <w:sz w:val="48"/>
          <w:szCs w:val="36"/>
        </w:rPr>
      </w:pPr>
      <w:r w:rsidRPr="002B2754">
        <w:rPr>
          <w:rFonts w:ascii="DejaVu Sans Condensed" w:hAnsi="DejaVu Sans Condensed" w:cs="DejaVu Sans Condensed"/>
          <w:b/>
          <w:bCs/>
          <w:sz w:val="48"/>
          <w:szCs w:val="36"/>
        </w:rPr>
        <w:t>Ples Vranov 2026</w:t>
      </w:r>
    </w:p>
    <w:p w14:paraId="2E0A6747" w14:textId="54C4F0B5" w:rsidR="00524160" w:rsidRPr="002B2754" w:rsidRDefault="00524160" w:rsidP="00075B95">
      <w:pPr>
        <w:jc w:val="center"/>
        <w:rPr>
          <w:rFonts w:ascii="DejaVu Sans Condensed" w:hAnsi="DejaVu Sans Condensed" w:cs="DejaVu Sans Condensed"/>
          <w:b/>
          <w:sz w:val="36"/>
          <w:szCs w:val="36"/>
          <w:lang w:val="cs-CZ"/>
        </w:rPr>
      </w:pPr>
      <w:r w:rsidRPr="002B2754">
        <w:rPr>
          <w:rFonts w:ascii="DejaVu Sans Condensed" w:hAnsi="DejaVu Sans Condensed" w:cs="DejaVu Sans Condensed"/>
          <w:b/>
          <w:sz w:val="36"/>
          <w:szCs w:val="36"/>
          <w:lang w:val="cs-CZ"/>
        </w:rPr>
        <w:t xml:space="preserve">Nabídka jídel </w:t>
      </w:r>
      <w:r w:rsidR="002B2754" w:rsidRPr="002B2754">
        <w:rPr>
          <w:rFonts w:ascii="DejaVu Sans Condensed" w:hAnsi="DejaVu Sans Condensed" w:cs="DejaVu Sans Condensed"/>
          <w:b/>
          <w:sz w:val="36"/>
          <w:szCs w:val="36"/>
          <w:lang w:val="cs-CZ"/>
        </w:rPr>
        <w:t>od 19 hodin a během večera</w:t>
      </w:r>
      <w:r w:rsidR="00520AF9">
        <w:rPr>
          <w:rFonts w:ascii="DejaVu Sans Condensed" w:hAnsi="DejaVu Sans Condensed" w:cs="DejaVu Sans Condensed"/>
          <w:b/>
          <w:sz w:val="36"/>
          <w:szCs w:val="36"/>
          <w:lang w:val="cs-CZ"/>
        </w:rPr>
        <w:t>.</w:t>
      </w:r>
    </w:p>
    <w:p w14:paraId="22B26615" w14:textId="77777777" w:rsidR="002B2754" w:rsidRPr="002B2754" w:rsidRDefault="002B2754">
      <w:pPr>
        <w:jc w:val="center"/>
        <w:rPr>
          <w:rFonts w:ascii="DejaVu Sans Condensed" w:hAnsi="DejaVu Sans Condensed" w:cs="DejaVu Sans Condensed"/>
          <w:b/>
          <w:sz w:val="44"/>
          <w:szCs w:val="44"/>
          <w:lang w:val="cs-CZ"/>
        </w:rPr>
      </w:pPr>
    </w:p>
    <w:p w14:paraId="101A2081" w14:textId="425C055D" w:rsidR="002B2754" w:rsidRPr="002B2754" w:rsidRDefault="00524160" w:rsidP="002B2754">
      <w:pPr>
        <w:spacing w:after="0"/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/>
          <w:sz w:val="40"/>
          <w:szCs w:val="40"/>
          <w:lang w:val="cs-CZ"/>
        </w:rPr>
        <w:t xml:space="preserve">Vepřový guláš, houskový knedlík, cibulka </w:t>
      </w:r>
    </w:p>
    <w:p w14:paraId="5D86D89D" w14:textId="7FE1AF97" w:rsidR="00524160" w:rsidRPr="002B2754" w:rsidRDefault="00524160" w:rsidP="002B2754">
      <w:pPr>
        <w:spacing w:after="0"/>
        <w:jc w:val="center"/>
        <w:rPr>
          <w:rFonts w:ascii="DejaVu Sans Condensed" w:hAnsi="DejaVu Sans Condensed" w:cs="DejaVu Sans Condensed"/>
          <w:bCs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Cs/>
          <w:sz w:val="40"/>
          <w:szCs w:val="40"/>
          <w:lang w:val="cs-CZ"/>
        </w:rPr>
        <w:t>220 Kč</w:t>
      </w:r>
    </w:p>
    <w:p w14:paraId="51B0B5DB" w14:textId="77777777" w:rsidR="002B2754" w:rsidRPr="002B2754" w:rsidRDefault="002B2754" w:rsidP="002B2754">
      <w:pPr>
        <w:spacing w:after="0"/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</w:p>
    <w:p w14:paraId="4CF220D0" w14:textId="77777777" w:rsidR="002B2754" w:rsidRPr="002B2754" w:rsidRDefault="00524160" w:rsidP="002B2754">
      <w:pPr>
        <w:spacing w:after="0"/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/>
          <w:sz w:val="40"/>
          <w:szCs w:val="40"/>
          <w:lang w:val="cs-CZ"/>
        </w:rPr>
        <w:t xml:space="preserve">Smažený vepřový řízek z kotlety, šťouchané brambory s cibulkou </w:t>
      </w:r>
    </w:p>
    <w:p w14:paraId="0F21C8D6" w14:textId="71AE7602" w:rsidR="00524160" w:rsidRPr="002B2754" w:rsidRDefault="00524160" w:rsidP="002B2754">
      <w:pPr>
        <w:spacing w:after="0"/>
        <w:jc w:val="center"/>
        <w:rPr>
          <w:rFonts w:ascii="DejaVu Sans Condensed" w:hAnsi="DejaVu Sans Condensed" w:cs="DejaVu Sans Condensed"/>
          <w:bCs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Cs/>
          <w:sz w:val="40"/>
          <w:szCs w:val="40"/>
          <w:lang w:val="cs-CZ"/>
        </w:rPr>
        <w:t>220 Kč</w:t>
      </w:r>
    </w:p>
    <w:p w14:paraId="44148FC0" w14:textId="77777777" w:rsidR="002B2754" w:rsidRPr="002B2754" w:rsidRDefault="002B2754" w:rsidP="002B2754">
      <w:pPr>
        <w:spacing w:after="0"/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</w:p>
    <w:p w14:paraId="76E75B4E" w14:textId="46AAF2E5" w:rsidR="002B2754" w:rsidRDefault="00524160" w:rsidP="002B2754">
      <w:pPr>
        <w:spacing w:after="0"/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/>
          <w:sz w:val="40"/>
          <w:szCs w:val="40"/>
          <w:lang w:val="cs-CZ"/>
        </w:rPr>
        <w:t>Smažený sýr Gouda, hranolky, tat</w:t>
      </w:r>
      <w:r w:rsidR="00520AF9">
        <w:rPr>
          <w:rFonts w:ascii="DejaVu Sans Condensed" w:hAnsi="DejaVu Sans Condensed" w:cs="DejaVu Sans Condensed"/>
          <w:b/>
          <w:sz w:val="40"/>
          <w:szCs w:val="40"/>
          <w:lang w:val="cs-CZ"/>
        </w:rPr>
        <w:t>arka</w:t>
      </w:r>
    </w:p>
    <w:p w14:paraId="0D355969" w14:textId="63DB80C1" w:rsidR="00524160" w:rsidRPr="002B2754" w:rsidRDefault="00524160" w:rsidP="002B2754">
      <w:pPr>
        <w:spacing w:after="0"/>
        <w:jc w:val="center"/>
        <w:rPr>
          <w:rFonts w:ascii="DejaVu Sans Condensed" w:hAnsi="DejaVu Sans Condensed" w:cs="DejaVu Sans Condensed"/>
          <w:bCs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Cs/>
          <w:sz w:val="40"/>
          <w:szCs w:val="40"/>
          <w:lang w:val="cs-CZ"/>
        </w:rPr>
        <w:t>200 Kč</w:t>
      </w:r>
    </w:p>
    <w:p w14:paraId="619F6A49" w14:textId="77777777" w:rsidR="002B2754" w:rsidRPr="002B2754" w:rsidRDefault="002B2754" w:rsidP="002B2754">
      <w:pPr>
        <w:spacing w:after="0"/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</w:p>
    <w:p w14:paraId="17B22303" w14:textId="77777777" w:rsidR="002B2754" w:rsidRDefault="00524160" w:rsidP="002B2754">
      <w:pPr>
        <w:spacing w:after="0"/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/>
          <w:sz w:val="40"/>
          <w:szCs w:val="40"/>
          <w:lang w:val="cs-CZ"/>
        </w:rPr>
        <w:t xml:space="preserve">Pivní sláma, pikantní dip </w:t>
      </w:r>
    </w:p>
    <w:p w14:paraId="20E7F0E4" w14:textId="13E6C8CD" w:rsidR="00524160" w:rsidRPr="002B2754" w:rsidRDefault="00524160" w:rsidP="002B2754">
      <w:pPr>
        <w:spacing w:after="0"/>
        <w:jc w:val="center"/>
        <w:rPr>
          <w:rFonts w:ascii="DejaVu Sans Condensed" w:hAnsi="DejaVu Sans Condensed" w:cs="DejaVu Sans Condensed"/>
          <w:bCs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Cs/>
          <w:sz w:val="40"/>
          <w:szCs w:val="40"/>
          <w:lang w:val="cs-CZ"/>
        </w:rPr>
        <w:t>69 Kč</w:t>
      </w:r>
    </w:p>
    <w:p w14:paraId="6D265D8B" w14:textId="77777777" w:rsidR="002B2754" w:rsidRPr="002B2754" w:rsidRDefault="002B2754" w:rsidP="002B2754">
      <w:pPr>
        <w:spacing w:after="0"/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</w:p>
    <w:p w14:paraId="13AF0867" w14:textId="77777777" w:rsidR="00075B95" w:rsidRDefault="00524160" w:rsidP="002B2754">
      <w:pPr>
        <w:jc w:val="center"/>
        <w:rPr>
          <w:rFonts w:ascii="DejaVu Sans Condensed" w:hAnsi="DejaVu Sans Condensed" w:cs="DejaVu Sans Condensed"/>
          <w:b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/>
          <w:sz w:val="40"/>
          <w:szCs w:val="40"/>
          <w:lang w:val="cs-CZ"/>
        </w:rPr>
        <w:t xml:space="preserve">Pikantní sýrové kostky, plátky klobásky </w:t>
      </w:r>
    </w:p>
    <w:p w14:paraId="6E775AC7" w14:textId="7D5DD486" w:rsidR="008D00EF" w:rsidRDefault="00524160" w:rsidP="002B2754">
      <w:pPr>
        <w:jc w:val="center"/>
        <w:rPr>
          <w:rFonts w:ascii="DejaVu Sans Condensed" w:hAnsi="DejaVu Sans Condensed" w:cs="DejaVu Sans Condensed"/>
          <w:bCs/>
          <w:sz w:val="40"/>
          <w:szCs w:val="40"/>
          <w:lang w:val="cs-CZ"/>
        </w:rPr>
      </w:pPr>
      <w:r w:rsidRPr="002B2754">
        <w:rPr>
          <w:rFonts w:ascii="DejaVu Sans Condensed" w:hAnsi="DejaVu Sans Condensed" w:cs="DejaVu Sans Condensed"/>
          <w:bCs/>
          <w:sz w:val="40"/>
          <w:szCs w:val="40"/>
          <w:lang w:val="cs-CZ"/>
        </w:rPr>
        <w:t>119 Kč</w:t>
      </w:r>
    </w:p>
    <w:p w14:paraId="37B2D152" w14:textId="77777777" w:rsidR="00075B95" w:rsidRDefault="00075B95" w:rsidP="00520AF9">
      <w:pPr>
        <w:jc w:val="right"/>
        <w:rPr>
          <w:rFonts w:ascii="DejaVu Sans Condensed" w:hAnsi="DejaVu Sans Condensed" w:cs="DejaVu Sans Condensed"/>
          <w:bCs/>
          <w:sz w:val="40"/>
          <w:szCs w:val="40"/>
          <w:lang w:val="cs-CZ"/>
        </w:rPr>
      </w:pPr>
    </w:p>
    <w:p w14:paraId="5968CD7C" w14:textId="77777777" w:rsidR="00075B95" w:rsidRDefault="00075B95" w:rsidP="00520AF9">
      <w:pPr>
        <w:jc w:val="right"/>
        <w:rPr>
          <w:rFonts w:ascii="DejaVu Sans Condensed" w:hAnsi="DejaVu Sans Condensed" w:cs="DejaVu Sans Condensed"/>
          <w:bCs/>
          <w:sz w:val="40"/>
          <w:szCs w:val="40"/>
          <w:lang w:val="cs-CZ"/>
        </w:rPr>
      </w:pPr>
    </w:p>
    <w:p w14:paraId="39B56B7D" w14:textId="72B62BC4" w:rsidR="00520AF9" w:rsidRPr="002B2754" w:rsidRDefault="00520AF9" w:rsidP="002B2754">
      <w:pPr>
        <w:jc w:val="center"/>
        <w:rPr>
          <w:sz w:val="24"/>
          <w:szCs w:val="24"/>
          <w:lang w:val="cs-CZ"/>
        </w:rPr>
      </w:pPr>
      <w:r>
        <w:rPr>
          <w:rFonts w:ascii="DejaVu Sans Condensed" w:hAnsi="DejaVu Sans Condensed" w:cs="DejaVu Sans Condensed"/>
          <w:bCs/>
          <w:sz w:val="40"/>
          <w:szCs w:val="40"/>
          <w:lang w:val="cs-CZ"/>
        </w:rPr>
        <w:t>Přejeme dobrou chuť!</w:t>
      </w:r>
    </w:p>
    <w:sectPr w:rsidR="00520AF9" w:rsidRPr="002B2754" w:rsidSect="00075B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DejaVu Sans Condensed">
    <w:panose1 w:val="020B0606030804020204"/>
    <w:charset w:val="EE"/>
    <w:family w:val="swiss"/>
    <w:pitch w:val="variable"/>
    <w:sig w:usb0="E7002EFF" w:usb1="D200FDFF" w:usb2="0A246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17220681">
    <w:abstractNumId w:val="8"/>
  </w:num>
  <w:num w:numId="2" w16cid:durableId="613367348">
    <w:abstractNumId w:val="6"/>
  </w:num>
  <w:num w:numId="3" w16cid:durableId="266931677">
    <w:abstractNumId w:val="5"/>
  </w:num>
  <w:num w:numId="4" w16cid:durableId="375744363">
    <w:abstractNumId w:val="4"/>
  </w:num>
  <w:num w:numId="5" w16cid:durableId="1808011699">
    <w:abstractNumId w:val="7"/>
  </w:num>
  <w:num w:numId="6" w16cid:durableId="1392923301">
    <w:abstractNumId w:val="3"/>
  </w:num>
  <w:num w:numId="7" w16cid:durableId="1919249246">
    <w:abstractNumId w:val="2"/>
  </w:num>
  <w:num w:numId="8" w16cid:durableId="865486944">
    <w:abstractNumId w:val="1"/>
  </w:num>
  <w:num w:numId="9" w16cid:durableId="2129005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5B95"/>
    <w:rsid w:val="0015074B"/>
    <w:rsid w:val="0020272B"/>
    <w:rsid w:val="0029639D"/>
    <w:rsid w:val="002B2754"/>
    <w:rsid w:val="00326F90"/>
    <w:rsid w:val="00520AF9"/>
    <w:rsid w:val="00524160"/>
    <w:rsid w:val="008D00EF"/>
    <w:rsid w:val="00AA1D8D"/>
    <w:rsid w:val="00B47730"/>
    <w:rsid w:val="00C936BB"/>
    <w:rsid w:val="00CB0664"/>
    <w:rsid w:val="00F112B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EF0F86"/>
  <w14:defaultImageDpi w14:val="300"/>
  <w15:docId w15:val="{40FE8014-A6FF-4713-8058-2C9E170B2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90ebb53-23a2-471a-9c6e-17bd0d11311e}" enabled="1" method="Standard" siteId="{418bc066-1b00-4aad-ad98-9ead95bb26a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48</Words>
  <Characters>288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Kovářová Pavla</cp:lastModifiedBy>
  <cp:revision>5</cp:revision>
  <dcterms:created xsi:type="dcterms:W3CDTF">2013-12-23T23:15:00Z</dcterms:created>
  <dcterms:modified xsi:type="dcterms:W3CDTF">2026-01-20T14:30:00Z</dcterms:modified>
  <cp:category/>
</cp:coreProperties>
</file>